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F7722" w14:textId="77777777" w:rsidR="005E5B56" w:rsidRDefault="005E5B56">
      <w:pPr>
        <w:widowControl/>
        <w:autoSpaceDE w:val="0"/>
        <w:autoSpaceDN w:val="0"/>
        <w:spacing w:before="688" w:line="220" w:lineRule="exact"/>
      </w:pPr>
    </w:p>
    <w:p w14:paraId="3DDA592D" w14:textId="36998A33" w:rsidR="005E5B56" w:rsidRDefault="00FE61A8">
      <w:pPr>
        <w:widowControl/>
        <w:autoSpaceDE w:val="0"/>
        <w:autoSpaceDN w:val="0"/>
        <w:spacing w:line="526" w:lineRule="exact"/>
        <w:ind w:left="1810"/>
        <w:jc w:val="left"/>
      </w:pP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中国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地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质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大学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(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北京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)</w:t>
      </w:r>
      <w:r w:rsidRPr="00676316">
        <w:rPr>
          <w:rFonts w:ascii="DknUzTPV+MicrosoftYaHei" w:eastAsia="DknUzTPV+MicrosoftYaHei" w:hAnsi="DknUzTPV+MicrosoftYaHei"/>
          <w:color w:val="000000"/>
          <w:spacing w:val="2"/>
          <w:sz w:val="40"/>
        </w:rPr>
        <w:t>I</w:t>
      </w:r>
      <w:r>
        <w:rPr>
          <w:rFonts w:ascii="DknUzTPV+MicrosoftYaHei" w:eastAsia="DknUzTPV+MicrosoftYaHei" w:hAnsi="DknUzTPV+MicrosoftYaHei"/>
          <w:color w:val="000000"/>
          <w:spacing w:val="2"/>
          <w:sz w:val="40"/>
        </w:rPr>
        <w:t>S</w:t>
      </w:r>
      <w:r>
        <w:rPr>
          <w:rFonts w:ascii="DknUzTPV+MicrosoftYaHei" w:eastAsia="DknUzTPV+MicrosoftYaHei" w:hAnsi="DknUzTPV+MicrosoftYaHei"/>
          <w:color w:val="000000"/>
          <w:spacing w:val="100"/>
          <w:sz w:val="40"/>
        </w:rPr>
        <w:t>W</w:t>
      </w:r>
      <w:r>
        <w:rPr>
          <w:rFonts w:ascii="CZVEmLDC+MicrosoftYaHei" w:eastAsia="CZVEmLDC+MicrosoftYaHei" w:hAnsi="CZVEmLDC+MicrosoftYaHei"/>
          <w:color w:val="000000"/>
          <w:sz w:val="40"/>
        </w:rPr>
        <w:t>日程表</w:t>
      </w:r>
      <w:r>
        <w:rPr>
          <w:rFonts w:ascii="DknUzTPV+MicrosoftYaHei" w:eastAsia="DknUzTPV+MicrosoftYaHei" w:hAnsi="DknUzTPV+MicrosoftYaHei"/>
          <w:color w:val="000000"/>
          <w:spacing w:val="-1"/>
          <w:sz w:val="40"/>
        </w:rPr>
        <w:t xml:space="preserve"> </w:t>
      </w:r>
    </w:p>
    <w:p w14:paraId="7C9BD6B4" w14:textId="77777777" w:rsidR="005E5B56" w:rsidRDefault="0039114A">
      <w:pPr>
        <w:widowControl/>
        <w:autoSpaceDE w:val="0"/>
        <w:autoSpaceDN w:val="0"/>
        <w:spacing w:before="508" w:after="298" w:line="318" w:lineRule="exact"/>
        <w:jc w:val="center"/>
      </w:pPr>
      <w:r>
        <w:rPr>
          <w:rFonts w:ascii="DknUzTPV+MicrosoftYaHei" w:eastAsia="DknUzTPV+MicrosoftYaHei" w:hAnsi="DknUzTPV+MicrosoftYaHei"/>
          <w:color w:val="000000"/>
          <w:spacing w:val="49"/>
          <w:sz w:val="24"/>
        </w:rPr>
        <w:t xml:space="preserve"> </w:t>
      </w:r>
      <w:r>
        <w:rPr>
          <w:rFonts w:ascii="CZVEmLDC+MicrosoftYaHei" w:eastAsia="CZVEmLDC+MicrosoftYaHei" w:hAnsi="CZVEmLDC+MicrosoftYaHei"/>
          <w:color w:val="000000"/>
          <w:sz w:val="24"/>
        </w:rPr>
        <w:t>第一</w:t>
      </w:r>
      <w:r>
        <w:rPr>
          <w:rFonts w:ascii="CZVEmLDC+MicrosoftYaHei" w:eastAsia="CZVEmLDC+MicrosoftYaHei" w:hAnsi="CZVEmLDC+MicrosoftYaHei"/>
          <w:color w:val="000000"/>
          <w:spacing w:val="60"/>
          <w:sz w:val="24"/>
        </w:rPr>
        <w:t>天</w:t>
      </w:r>
      <w:r>
        <w:rPr>
          <w:rFonts w:ascii="DknUzTPV+MicrosoftYaHei" w:eastAsia="DknUzTPV+MicrosoftYaHei" w:hAnsi="DknUzTPV+MicrosoftYaHei"/>
          <w:color w:val="000000"/>
          <w:sz w:val="24"/>
        </w:rPr>
        <w:t>13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 xml:space="preserve">30---17:30 </w:t>
      </w:r>
    </w:p>
    <w:tbl>
      <w:tblPr>
        <w:tblW w:w="0" w:type="auto"/>
        <w:tblInd w:w="434" w:type="dxa"/>
        <w:tblLayout w:type="fixed"/>
        <w:tblLook w:val="04A0" w:firstRow="1" w:lastRow="0" w:firstColumn="1" w:lastColumn="0" w:noHBand="0" w:noVBand="1"/>
      </w:tblPr>
      <w:tblGrid>
        <w:gridCol w:w="1270"/>
        <w:gridCol w:w="6888"/>
      </w:tblGrid>
      <w:tr w:rsidR="005E5B56" w14:paraId="6E1FBF81" w14:textId="77777777">
        <w:trPr>
          <w:trHeight w:hRule="exact" w:val="628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8C2E9" w14:textId="77777777" w:rsidR="005E5B56" w:rsidRPr="005D67E0" w:rsidRDefault="0039114A">
            <w:pPr>
              <w:widowControl/>
              <w:autoSpaceDE w:val="0"/>
              <w:autoSpaceDN w:val="0"/>
              <w:spacing w:before="198" w:line="238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13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A208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4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欢迎仪式（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10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  <w:p w14:paraId="77AE2072" w14:textId="77777777" w:rsidR="005E5B56" w:rsidRPr="005D67E0" w:rsidRDefault="0039114A">
            <w:pPr>
              <w:widowControl/>
              <w:autoSpaceDE w:val="0"/>
              <w:autoSpaceDN w:val="0"/>
              <w:spacing w:before="72" w:line="236" w:lineRule="exact"/>
              <w:ind w:left="524"/>
              <w:jc w:val="left"/>
              <w:rPr>
                <w:szCs w:val="21"/>
              </w:rPr>
            </w:pP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>I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2"/>
                <w:szCs w:val="21"/>
              </w:rPr>
              <w:t>S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50"/>
                <w:szCs w:val="21"/>
              </w:rPr>
              <w:t>W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概况简介，介绍一般后勤事项、介绍停车场（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parking lot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7D8BDC36" w14:textId="77777777">
        <w:trPr>
          <w:trHeight w:hRule="exact" w:val="408"/>
        </w:trPr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2AF13" w14:textId="77777777" w:rsidR="005E5B56" w:rsidRPr="005D67E0" w:rsidRDefault="0039114A">
            <w:pPr>
              <w:widowControl/>
              <w:autoSpaceDE w:val="0"/>
              <w:autoSpaceDN w:val="0"/>
              <w:spacing w:before="496" w:line="236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13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3457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76" w:line="264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破冰活动（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37"/>
                <w:szCs w:val="21"/>
              </w:rPr>
              <w:t xml:space="preserve"> 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打破屏障，帮助成员认识彼此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94F3349" w14:textId="77777777">
        <w:trPr>
          <w:trHeight w:hRule="exact" w:val="406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ED7D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2C79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6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介绍第一天日程（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2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6468FBDF" w14:textId="77777777">
        <w:trPr>
          <w:trHeight w:hRule="exact" w:val="408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F4C0A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4F146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8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讨论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工作坊活动规则（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8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0AE21C9B" w14:textId="77777777">
        <w:trPr>
          <w:trHeight w:hRule="exact" w:val="406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37427" w14:textId="77777777" w:rsidR="005E5B56" w:rsidRPr="005D67E0" w:rsidRDefault="0039114A">
            <w:pPr>
              <w:widowControl/>
              <w:autoSpaceDE w:val="0"/>
              <w:autoSpaceDN w:val="0"/>
              <w:spacing w:before="86" w:line="236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10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BC359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6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C00000"/>
                <w:spacing w:val="-13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什么是有效教学（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30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8FDC358" w14:textId="77777777">
        <w:trPr>
          <w:trHeight w:hRule="exact" w:val="408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00FBF" w14:textId="77777777" w:rsidR="005E5B56" w:rsidRPr="005D67E0" w:rsidRDefault="0039114A">
            <w:pPr>
              <w:widowControl/>
              <w:autoSpaceDE w:val="0"/>
              <w:autoSpaceDN w:val="0"/>
              <w:spacing w:before="88" w:line="238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8D706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8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C00000"/>
                <w:spacing w:val="-14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>-BOPPPS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50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752A6AB2" w14:textId="77777777">
        <w:trPr>
          <w:trHeight w:hRule="exact" w:val="406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7A3BC95A" w14:textId="77777777" w:rsidR="005E5B56" w:rsidRPr="005D67E0" w:rsidRDefault="0039114A">
            <w:pPr>
              <w:widowControl/>
              <w:autoSpaceDE w:val="0"/>
              <w:autoSpaceDN w:val="0"/>
              <w:spacing w:before="86" w:line="236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2A87F59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6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20min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</w:p>
        </w:tc>
      </w:tr>
      <w:tr w:rsidR="005E5B56" w14:paraId="59D99B34" w14:textId="77777777">
        <w:trPr>
          <w:trHeight w:hRule="exact" w:val="408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C280B" w14:textId="77777777" w:rsidR="005E5B56" w:rsidRPr="005D67E0" w:rsidRDefault="0039114A">
            <w:pPr>
              <w:widowControl/>
              <w:autoSpaceDE w:val="0"/>
              <w:autoSpaceDN w:val="0"/>
              <w:spacing w:before="86" w:line="238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50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9381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C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C00000"/>
                <w:spacing w:val="-13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–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学习目标（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 xml:space="preserve">30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124E83F" w14:textId="77777777">
        <w:trPr>
          <w:trHeight w:hRule="exact" w:val="406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3F35C" w14:textId="77777777" w:rsidR="005E5B56" w:rsidRPr="005D67E0" w:rsidRDefault="0039114A">
            <w:pPr>
              <w:widowControl/>
              <w:autoSpaceDE w:val="0"/>
              <w:autoSpaceDN w:val="0"/>
              <w:spacing w:before="86" w:line="236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BBF40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6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C00000"/>
                <w:spacing w:val="-14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>–BOPPP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44"/>
                <w:szCs w:val="21"/>
              </w:rPr>
              <w:t>S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教学案例分析（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60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BBC9E98" w14:textId="77777777">
        <w:trPr>
          <w:trHeight w:hRule="exact" w:val="408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E853D" w14:textId="77777777" w:rsidR="005E5B56" w:rsidRPr="005D67E0" w:rsidRDefault="0039114A">
            <w:pPr>
              <w:widowControl/>
              <w:autoSpaceDE w:val="0"/>
              <w:autoSpaceDN w:val="0"/>
              <w:spacing w:before="86" w:line="238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A5285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总结、布置作业（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10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4D7F580A" w14:textId="77777777">
        <w:trPr>
          <w:trHeight w:hRule="exact" w:val="386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4E1D04BC" w14:textId="77777777" w:rsidR="005E5B56" w:rsidRPr="005D67E0" w:rsidRDefault="0039114A">
            <w:pPr>
              <w:widowControl/>
              <w:autoSpaceDE w:val="0"/>
              <w:autoSpaceDN w:val="0"/>
              <w:spacing w:before="88" w:line="236" w:lineRule="exact"/>
              <w:ind w:left="102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4A4B8021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88" w:line="236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整理场地，学习结束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</w:tbl>
    <w:p w14:paraId="2961609C" w14:textId="77777777" w:rsidR="005E5B56" w:rsidRDefault="005E5B56">
      <w:pPr>
        <w:widowControl/>
        <w:autoSpaceDE w:val="0"/>
        <w:autoSpaceDN w:val="0"/>
        <w:spacing w:line="14" w:lineRule="exact"/>
      </w:pPr>
    </w:p>
    <w:p w14:paraId="17C40682" w14:textId="77777777" w:rsidR="005E5B56" w:rsidRDefault="005E5B56">
      <w:pPr>
        <w:sectPr w:rsidR="005E5B56">
          <w:pgSz w:w="11906" w:h="16838"/>
          <w:pgMar w:top="908" w:right="1440" w:bottom="1440" w:left="1440" w:header="720" w:footer="720" w:gutter="0"/>
          <w:cols w:space="720" w:equalWidth="0">
            <w:col w:w="9026" w:space="0"/>
          </w:cols>
          <w:docGrid w:linePitch="360"/>
        </w:sectPr>
      </w:pPr>
    </w:p>
    <w:p w14:paraId="563A67CA" w14:textId="77777777" w:rsidR="005E5B56" w:rsidRDefault="005E5B56">
      <w:pPr>
        <w:widowControl/>
        <w:autoSpaceDE w:val="0"/>
        <w:autoSpaceDN w:val="0"/>
        <w:spacing w:before="610" w:line="220" w:lineRule="exact"/>
      </w:pPr>
    </w:p>
    <w:p w14:paraId="19ACA3ED" w14:textId="3B138BFA" w:rsidR="005E5B56" w:rsidRDefault="00676316">
      <w:pPr>
        <w:widowControl/>
        <w:autoSpaceDE w:val="0"/>
        <w:autoSpaceDN w:val="0"/>
        <w:spacing w:line="526" w:lineRule="exact"/>
        <w:ind w:left="1810"/>
        <w:jc w:val="left"/>
      </w:pP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中国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地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质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大学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(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北京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)</w:t>
      </w:r>
      <w:r w:rsidRPr="00676316">
        <w:rPr>
          <w:rFonts w:ascii="DknUzTPV+MicrosoftYaHei" w:eastAsia="DknUzTPV+MicrosoftYaHei" w:hAnsi="DknUzTPV+MicrosoftYaHei"/>
          <w:color w:val="000000"/>
          <w:spacing w:val="2"/>
          <w:sz w:val="40"/>
        </w:rPr>
        <w:t>I</w:t>
      </w:r>
      <w:r>
        <w:rPr>
          <w:rFonts w:ascii="DknUzTPV+MicrosoftYaHei" w:eastAsia="DknUzTPV+MicrosoftYaHei" w:hAnsi="DknUzTPV+MicrosoftYaHei"/>
          <w:color w:val="000000"/>
          <w:spacing w:val="2"/>
          <w:sz w:val="40"/>
        </w:rPr>
        <w:t>S</w:t>
      </w:r>
      <w:r>
        <w:rPr>
          <w:rFonts w:ascii="DknUzTPV+MicrosoftYaHei" w:eastAsia="DknUzTPV+MicrosoftYaHei" w:hAnsi="DknUzTPV+MicrosoftYaHei"/>
          <w:color w:val="000000"/>
          <w:spacing w:val="100"/>
          <w:sz w:val="40"/>
        </w:rPr>
        <w:t>W</w:t>
      </w:r>
      <w:r>
        <w:rPr>
          <w:rFonts w:ascii="CZVEmLDC+MicrosoftYaHei" w:eastAsia="CZVEmLDC+MicrosoftYaHei" w:hAnsi="CZVEmLDC+MicrosoftYaHei"/>
          <w:color w:val="000000"/>
          <w:sz w:val="40"/>
        </w:rPr>
        <w:t>日程表</w:t>
      </w:r>
      <w:r>
        <w:rPr>
          <w:rFonts w:ascii="DknUzTPV+MicrosoftYaHei" w:eastAsia="DknUzTPV+MicrosoftYaHei" w:hAnsi="DknUzTPV+MicrosoftYaHei"/>
          <w:color w:val="000000"/>
          <w:spacing w:val="-1"/>
          <w:sz w:val="40"/>
        </w:rPr>
        <w:t xml:space="preserve"> </w:t>
      </w:r>
    </w:p>
    <w:p w14:paraId="0F197206" w14:textId="77777777" w:rsidR="005E5B56" w:rsidRDefault="0039114A">
      <w:pPr>
        <w:widowControl/>
        <w:autoSpaceDE w:val="0"/>
        <w:autoSpaceDN w:val="0"/>
        <w:spacing w:before="508" w:after="302" w:line="318" w:lineRule="exact"/>
        <w:jc w:val="center"/>
      </w:pPr>
      <w:r>
        <w:rPr>
          <w:rFonts w:ascii="CZVEmLDC+MicrosoftYaHei" w:eastAsia="CZVEmLDC+MicrosoftYaHei" w:hAnsi="CZVEmLDC+MicrosoftYaHei"/>
          <w:color w:val="000000"/>
          <w:sz w:val="24"/>
        </w:rPr>
        <w:t>第二</w:t>
      </w:r>
      <w:r>
        <w:rPr>
          <w:rFonts w:ascii="CZVEmLDC+MicrosoftYaHei" w:eastAsia="CZVEmLDC+MicrosoftYaHei" w:hAnsi="CZVEmLDC+MicrosoftYaHei"/>
          <w:color w:val="000000"/>
          <w:spacing w:val="60"/>
          <w:sz w:val="24"/>
        </w:rPr>
        <w:t>天</w:t>
      </w:r>
      <w:r>
        <w:rPr>
          <w:rFonts w:ascii="DknUzTPV+MicrosoftYaHei" w:eastAsia="DknUzTPV+MicrosoftYaHei" w:hAnsi="DknUzTPV+MicrosoftYaHei"/>
          <w:color w:val="000000"/>
          <w:sz w:val="24"/>
        </w:rPr>
        <w:t>8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>30-</w:t>
      </w:r>
      <w:r>
        <w:rPr>
          <w:rFonts w:ascii="DknUzTPV+MicrosoftYaHei" w:eastAsia="DknUzTPV+MicrosoftYaHei" w:hAnsi="DknUzTPV+MicrosoftYaHei"/>
          <w:color w:val="000000"/>
          <w:spacing w:val="-2"/>
          <w:sz w:val="24"/>
        </w:rPr>
        <w:t>-</w:t>
      </w:r>
      <w:r>
        <w:rPr>
          <w:rFonts w:ascii="DknUzTPV+MicrosoftYaHei" w:eastAsia="DknUzTPV+MicrosoftYaHei" w:hAnsi="DknUzTPV+MicrosoftYaHei"/>
          <w:color w:val="000000"/>
          <w:sz w:val="24"/>
        </w:rPr>
        <w:t>--17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>30</w:t>
      </w:r>
      <w:r>
        <w:rPr>
          <w:rFonts w:ascii="OxYyU3gs+TimesNewRomanPSMT" w:eastAsia="OxYyU3gs+TimesNewRomanPSMT" w:hAnsi="OxYyU3gs+TimesNewRomanPSMT"/>
          <w:color w:val="000000"/>
          <w:sz w:val="24"/>
        </w:rPr>
        <w:t xml:space="preserve"> </w:t>
      </w:r>
    </w:p>
    <w:tbl>
      <w:tblPr>
        <w:tblW w:w="0" w:type="auto"/>
        <w:tblInd w:w="551" w:type="dxa"/>
        <w:tblLayout w:type="fixed"/>
        <w:tblLook w:val="04A0" w:firstRow="1" w:lastRow="0" w:firstColumn="1" w:lastColumn="0" w:noHBand="0" w:noVBand="1"/>
      </w:tblPr>
      <w:tblGrid>
        <w:gridCol w:w="1260"/>
        <w:gridCol w:w="6662"/>
      </w:tblGrid>
      <w:tr w:rsidR="005E5B56" w:rsidRPr="005D67E0" w14:paraId="1EEEA5CD" w14:textId="77777777">
        <w:trPr>
          <w:trHeight w:hRule="exact" w:val="464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80920" w14:textId="77777777" w:rsidR="005E5B56" w:rsidRPr="005D67E0" w:rsidRDefault="0039114A">
            <w:pPr>
              <w:widowControl/>
              <w:autoSpaceDE w:val="0"/>
              <w:autoSpaceDN w:val="0"/>
              <w:spacing w:before="576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8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2EC4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proofErr w:type="gramStart"/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暖场活动</w:t>
            </w:r>
            <w:proofErr w:type="gramEnd"/>
            <w:r w:rsidRPr="005D67E0">
              <w:rPr>
                <w:rFonts w:ascii="DknUzTPV+MicrosoftYaHei" w:eastAsia="DknUzTPV+MicrosoftYaHei" w:hAnsi="DknUzTPV+MicrosoftYaHei"/>
                <w:color w:val="0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000000"/>
                <w:spacing w:val="-13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(20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in) </w:t>
            </w:r>
          </w:p>
        </w:tc>
      </w:tr>
      <w:tr w:rsidR="005E5B56" w:rsidRPr="005D67E0" w14:paraId="033FCBB6" w14:textId="77777777">
        <w:trPr>
          <w:trHeight w:hRule="exact" w:val="462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6CAF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54CCB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补充工作坊活动规则（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8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05B2A29E" w14:textId="77777777">
        <w:trPr>
          <w:trHeight w:hRule="exact" w:val="466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AEEE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1B893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介绍第二天日程（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2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:rsidRPr="005D67E0" w14:paraId="472FBAB8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53841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BE513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参与式学习（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:rsidRPr="005D67E0" w14:paraId="73EF073B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0D1AF881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5EBC2BF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5min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-1"/>
                <w:szCs w:val="21"/>
              </w:rPr>
              <w:t xml:space="preserve"> </w:t>
            </w:r>
          </w:p>
        </w:tc>
      </w:tr>
      <w:tr w:rsidR="005E5B56" w:rsidRPr="005D67E0" w14:paraId="0AB01CEC" w14:textId="77777777">
        <w:trPr>
          <w:trHeight w:hRule="exact" w:val="4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5493C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0764B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C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迷你教学循环示范、讨论如何有效反馈（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25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3A5760A0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21524C0C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10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D3C38AE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5984715D" w14:textId="77777777">
        <w:trPr>
          <w:trHeight w:hRule="exact" w:val="4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2A5E1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274B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小组学习（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386ED243" w14:textId="77777777">
        <w:trPr>
          <w:trHeight w:hRule="exact" w:val="4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DD14E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5372FB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1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465C98C6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852E55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F2C20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3EA20367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95DB2E7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2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4AA532FD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午餐、休息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3F7B6AF3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96B0B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C830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3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51FC2CB5" w14:textId="77777777">
        <w:trPr>
          <w:trHeight w:hRule="exact" w:val="4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2CA16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F97B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2E079106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C04CD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11FA3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5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447100E1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360BA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2BFB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小组小结（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69235261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3E3BA330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10F02E0D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15min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35E1D609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1C5325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E683D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学习风格与教育目标分类（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:rsidRPr="005D67E0" w14:paraId="3A1124FE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CE3FF" w14:textId="77777777" w:rsidR="005E5B56" w:rsidRPr="005D67E0" w:rsidRDefault="0039114A">
            <w:pPr>
              <w:widowControl/>
              <w:autoSpaceDE w:val="0"/>
              <w:autoSpaceDN w:val="0"/>
              <w:spacing w:before="44" w:line="240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15</w:t>
            </w:r>
            <w:r w:rsidRPr="005D67E0">
              <w:rPr>
                <w:rFonts w:ascii="4aeO4Fy5+DengXian" w:eastAsia="4aeO4Fy5+DengXian" w:hAnsi="4aeO4Fy5+DengXian"/>
                <w:color w:val="000000"/>
                <w:spacing w:val="1"/>
                <w:szCs w:val="21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3877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总结、布置作业（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10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2117FF4D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4FDAA" w14:textId="77777777" w:rsidR="005E5B56" w:rsidRPr="005D67E0" w:rsidRDefault="0039114A">
            <w:pPr>
              <w:widowControl/>
              <w:autoSpaceDE w:val="0"/>
              <w:autoSpaceDN w:val="0"/>
              <w:spacing w:before="42" w:line="240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25</w:t>
            </w:r>
            <w:r w:rsidRPr="005D67E0">
              <w:rPr>
                <w:rFonts w:ascii="4aeO4Fy5+DengXian" w:eastAsia="4aeO4Fy5+DengXian" w:hAnsi="4aeO4Fy5+DengXian"/>
                <w:color w:val="000000"/>
                <w:spacing w:val="1"/>
                <w:szCs w:val="21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430FC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学员填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pacing w:val="44"/>
                <w:szCs w:val="21"/>
              </w:rPr>
              <w:t>写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zCs w:val="21"/>
              </w:rPr>
              <w:t>ISW-Day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46"/>
                <w:szCs w:val="21"/>
              </w:rPr>
              <w:t>2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过程反馈表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:rsidRPr="005D67E0" w14:paraId="06A8F06B" w14:textId="77777777">
        <w:trPr>
          <w:trHeight w:hRule="exact" w:val="44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9F8F4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jc w:val="center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0632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整理场地，学员学习结束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</w:tbl>
    <w:p w14:paraId="1A1BE827" w14:textId="77777777" w:rsidR="005E5B56" w:rsidRPr="005D67E0" w:rsidRDefault="005E5B56">
      <w:pPr>
        <w:widowControl/>
        <w:autoSpaceDE w:val="0"/>
        <w:autoSpaceDN w:val="0"/>
        <w:spacing w:line="14" w:lineRule="exact"/>
        <w:rPr>
          <w:szCs w:val="21"/>
        </w:rPr>
      </w:pPr>
    </w:p>
    <w:p w14:paraId="3BA5EB3F" w14:textId="77777777" w:rsidR="005E5B56" w:rsidRDefault="005E5B56">
      <w:pPr>
        <w:sectPr w:rsidR="005E5B56">
          <w:pgSz w:w="11906" w:h="16838"/>
          <w:pgMar w:top="830" w:right="1440" w:bottom="1440" w:left="1440" w:header="720" w:footer="720" w:gutter="0"/>
          <w:cols w:space="720" w:equalWidth="0">
            <w:col w:w="9026" w:space="0"/>
          </w:cols>
          <w:docGrid w:linePitch="360"/>
        </w:sectPr>
      </w:pPr>
    </w:p>
    <w:p w14:paraId="673EA9E0" w14:textId="77777777" w:rsidR="005E5B56" w:rsidRDefault="005E5B56">
      <w:pPr>
        <w:widowControl/>
        <w:autoSpaceDE w:val="0"/>
        <w:autoSpaceDN w:val="0"/>
        <w:spacing w:before="610" w:line="220" w:lineRule="exact"/>
      </w:pPr>
    </w:p>
    <w:p w14:paraId="6A07D5FB" w14:textId="347A96EE" w:rsidR="005E5B56" w:rsidRDefault="00676316">
      <w:pPr>
        <w:widowControl/>
        <w:autoSpaceDE w:val="0"/>
        <w:autoSpaceDN w:val="0"/>
        <w:spacing w:line="526" w:lineRule="exact"/>
        <w:ind w:left="1810"/>
        <w:jc w:val="left"/>
      </w:pP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中国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地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质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大学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(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北京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)</w:t>
      </w:r>
      <w:r w:rsidRPr="00676316">
        <w:rPr>
          <w:rFonts w:ascii="DknUzTPV+MicrosoftYaHei" w:eastAsia="DknUzTPV+MicrosoftYaHei" w:hAnsi="DknUzTPV+MicrosoftYaHei"/>
          <w:color w:val="000000"/>
          <w:spacing w:val="2"/>
          <w:sz w:val="40"/>
        </w:rPr>
        <w:t>I</w:t>
      </w:r>
      <w:r>
        <w:rPr>
          <w:rFonts w:ascii="DknUzTPV+MicrosoftYaHei" w:eastAsia="DknUzTPV+MicrosoftYaHei" w:hAnsi="DknUzTPV+MicrosoftYaHei"/>
          <w:color w:val="000000"/>
          <w:spacing w:val="2"/>
          <w:sz w:val="40"/>
        </w:rPr>
        <w:t>S</w:t>
      </w:r>
      <w:r>
        <w:rPr>
          <w:rFonts w:ascii="DknUzTPV+MicrosoftYaHei" w:eastAsia="DknUzTPV+MicrosoftYaHei" w:hAnsi="DknUzTPV+MicrosoftYaHei"/>
          <w:color w:val="000000"/>
          <w:spacing w:val="100"/>
          <w:sz w:val="40"/>
        </w:rPr>
        <w:t>W</w:t>
      </w:r>
      <w:r>
        <w:rPr>
          <w:rFonts w:ascii="CZVEmLDC+MicrosoftYaHei" w:eastAsia="CZVEmLDC+MicrosoftYaHei" w:hAnsi="CZVEmLDC+MicrosoftYaHei"/>
          <w:color w:val="000000"/>
          <w:sz w:val="40"/>
        </w:rPr>
        <w:t>日程表</w:t>
      </w:r>
      <w:r>
        <w:rPr>
          <w:rFonts w:ascii="DknUzTPV+MicrosoftYaHei" w:eastAsia="DknUzTPV+MicrosoftYaHei" w:hAnsi="DknUzTPV+MicrosoftYaHei"/>
          <w:color w:val="000000"/>
          <w:spacing w:val="-1"/>
          <w:sz w:val="40"/>
        </w:rPr>
        <w:t xml:space="preserve"> </w:t>
      </w:r>
    </w:p>
    <w:p w14:paraId="49A8F5B2" w14:textId="77777777" w:rsidR="005E5B56" w:rsidRDefault="0039114A">
      <w:pPr>
        <w:widowControl/>
        <w:autoSpaceDE w:val="0"/>
        <w:autoSpaceDN w:val="0"/>
        <w:spacing w:before="508" w:after="302" w:line="318" w:lineRule="exact"/>
        <w:jc w:val="center"/>
      </w:pPr>
      <w:r>
        <w:rPr>
          <w:rFonts w:ascii="CZVEmLDC+MicrosoftYaHei" w:eastAsia="CZVEmLDC+MicrosoftYaHei" w:hAnsi="CZVEmLDC+MicrosoftYaHei"/>
          <w:color w:val="000000"/>
          <w:sz w:val="24"/>
        </w:rPr>
        <w:t>第三</w:t>
      </w:r>
      <w:r>
        <w:rPr>
          <w:rFonts w:ascii="CZVEmLDC+MicrosoftYaHei" w:eastAsia="CZVEmLDC+MicrosoftYaHei" w:hAnsi="CZVEmLDC+MicrosoftYaHei"/>
          <w:color w:val="000000"/>
          <w:spacing w:val="60"/>
          <w:sz w:val="24"/>
        </w:rPr>
        <w:t>天</w:t>
      </w:r>
      <w:r>
        <w:rPr>
          <w:rFonts w:ascii="DknUzTPV+MicrosoftYaHei" w:eastAsia="DknUzTPV+MicrosoftYaHei" w:hAnsi="DknUzTPV+MicrosoftYaHei"/>
          <w:color w:val="000000"/>
          <w:sz w:val="24"/>
        </w:rPr>
        <w:t>8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>30-</w:t>
      </w:r>
      <w:r>
        <w:rPr>
          <w:rFonts w:ascii="DknUzTPV+MicrosoftYaHei" w:eastAsia="DknUzTPV+MicrosoftYaHei" w:hAnsi="DknUzTPV+MicrosoftYaHei"/>
          <w:color w:val="000000"/>
          <w:spacing w:val="-2"/>
          <w:sz w:val="24"/>
        </w:rPr>
        <w:t>-</w:t>
      </w:r>
      <w:r>
        <w:rPr>
          <w:rFonts w:ascii="DknUzTPV+MicrosoftYaHei" w:eastAsia="DknUzTPV+MicrosoftYaHei" w:hAnsi="DknUzTPV+MicrosoftYaHei"/>
          <w:color w:val="000000"/>
          <w:sz w:val="24"/>
        </w:rPr>
        <w:t>--17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>30</w:t>
      </w:r>
      <w:r>
        <w:rPr>
          <w:rFonts w:ascii="OxYyU3gs+TimesNewRomanPSMT" w:eastAsia="OxYyU3gs+TimesNewRomanPSMT" w:hAnsi="OxYyU3gs+TimesNewRomanPSMT"/>
          <w:color w:val="000000"/>
          <w:sz w:val="24"/>
        </w:rPr>
        <w:t xml:space="preserve"> </w:t>
      </w:r>
    </w:p>
    <w:tbl>
      <w:tblPr>
        <w:tblW w:w="0" w:type="auto"/>
        <w:tblInd w:w="551" w:type="dxa"/>
        <w:tblLayout w:type="fixed"/>
        <w:tblLook w:val="04A0" w:firstRow="1" w:lastRow="0" w:firstColumn="1" w:lastColumn="0" w:noHBand="0" w:noVBand="1"/>
      </w:tblPr>
      <w:tblGrid>
        <w:gridCol w:w="1260"/>
        <w:gridCol w:w="6662"/>
      </w:tblGrid>
      <w:tr w:rsidR="005E5B56" w14:paraId="1E3C3417" w14:textId="77777777">
        <w:trPr>
          <w:trHeight w:hRule="exact" w:val="464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67CA3" w14:textId="77777777" w:rsidR="005E5B56" w:rsidRPr="005D67E0" w:rsidRDefault="0039114A">
            <w:pPr>
              <w:widowControl/>
              <w:autoSpaceDE w:val="0"/>
              <w:autoSpaceDN w:val="0"/>
              <w:spacing w:before="57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8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30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8644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proofErr w:type="gramStart"/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暖场活动</w:t>
            </w:r>
            <w:proofErr w:type="gramEnd"/>
            <w:r w:rsidRPr="005D67E0">
              <w:rPr>
                <w:rFonts w:ascii="DknUzTPV+MicrosoftYaHei" w:eastAsia="DknUzTPV+MicrosoftYaHei" w:hAnsi="DknUzTPV+MicrosoftYaHei"/>
                <w:color w:val="C00000"/>
                <w:szCs w:val="21"/>
              </w:rPr>
              <w:t xml:space="preserve"> </w:t>
            </w:r>
            <w:r w:rsidRPr="005D67E0">
              <w:rPr>
                <w:rFonts w:ascii="Arial" w:eastAsia="Arial" w:hAnsi="Arial"/>
                <w:color w:val="C00000"/>
                <w:spacing w:val="-13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(20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in)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77588E32" w14:textId="77777777">
        <w:trPr>
          <w:trHeight w:hRule="exact" w:val="462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1B98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A4366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总结前一天的过程反馈（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10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7BAD4BE4" w14:textId="77777777">
        <w:trPr>
          <w:trHeight w:hRule="exact" w:val="466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14D2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F6B20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介绍第三天日程（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2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 xml:space="preserve">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581520B5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55C8B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C1DEE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可视化教学（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30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46339E67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3D94934D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30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07E3B8C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C7BD295" w14:textId="77777777">
        <w:trPr>
          <w:trHeight w:hRule="exact" w:val="4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0AA89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AB30CC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小组学习（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59743600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A7B1D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1F155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1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06BE1FAC" w14:textId="77777777">
        <w:trPr>
          <w:trHeight w:hRule="exact" w:val="4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87BF5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85DAB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38F2AE7" w14:textId="77777777">
        <w:trPr>
          <w:trHeight w:hRule="exact" w:val="4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1C5F4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11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3EB8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3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7B65369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66DB4CF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12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19BE61B0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午餐、休息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1EDA25C9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ABF01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00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E7DB9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84708C7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841FF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8B365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5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1A487B74" w14:textId="77777777">
        <w:trPr>
          <w:trHeight w:hRule="exact" w:val="4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88107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AAF00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小组小结（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AF56B57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9B4CC8E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5818655C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茶歇、休息、充能活动（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15min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5D5B770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3B82D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55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D92CE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大组主题学习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合作式学习（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50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2"/>
                <w:szCs w:val="21"/>
              </w:rPr>
              <w:t xml:space="preserve"> </w:t>
            </w:r>
          </w:p>
        </w:tc>
      </w:tr>
      <w:tr w:rsidR="005E5B56" w14:paraId="05513291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2EB0BEB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E35141B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5A24D7C0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0DA7BD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55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8C6F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问答环节（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 xml:space="preserve">20 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58B949F2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5D68A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15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B44B4C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总结、布置作业（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5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2E4592F" w14:textId="77777777">
        <w:trPr>
          <w:trHeight w:hRule="exact" w:val="46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6B09D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20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25FDC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学员填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pacing w:val="44"/>
                <w:szCs w:val="21"/>
              </w:rPr>
              <w:t>写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zCs w:val="21"/>
              </w:rPr>
              <w:t>ISW-Day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46"/>
                <w:szCs w:val="21"/>
              </w:rPr>
              <w:t>3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过程反馈表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A2AB75F" w14:textId="77777777">
        <w:trPr>
          <w:trHeight w:hRule="exact" w:val="44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3E26E2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>17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6788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整理场地，学员学习结束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</w:tbl>
    <w:p w14:paraId="63C999AA" w14:textId="77777777" w:rsidR="005E5B56" w:rsidRDefault="005E5B56">
      <w:pPr>
        <w:widowControl/>
        <w:autoSpaceDE w:val="0"/>
        <w:autoSpaceDN w:val="0"/>
        <w:spacing w:line="14" w:lineRule="exact"/>
      </w:pPr>
    </w:p>
    <w:p w14:paraId="48190D03" w14:textId="77777777" w:rsidR="005E5B56" w:rsidRDefault="005E5B56">
      <w:pPr>
        <w:sectPr w:rsidR="005E5B56">
          <w:pgSz w:w="11906" w:h="16838"/>
          <w:pgMar w:top="830" w:right="1440" w:bottom="1440" w:left="1440" w:header="720" w:footer="720" w:gutter="0"/>
          <w:cols w:space="720" w:equalWidth="0">
            <w:col w:w="9026" w:space="0"/>
          </w:cols>
          <w:docGrid w:linePitch="360"/>
        </w:sectPr>
      </w:pPr>
    </w:p>
    <w:p w14:paraId="04150868" w14:textId="77777777" w:rsidR="005E5B56" w:rsidRDefault="005E5B56">
      <w:pPr>
        <w:widowControl/>
        <w:autoSpaceDE w:val="0"/>
        <w:autoSpaceDN w:val="0"/>
        <w:spacing w:before="610" w:line="220" w:lineRule="exact"/>
      </w:pPr>
    </w:p>
    <w:p w14:paraId="35F028DE" w14:textId="25B99E15" w:rsidR="005E5B56" w:rsidRDefault="00676316">
      <w:pPr>
        <w:widowControl/>
        <w:autoSpaceDE w:val="0"/>
        <w:autoSpaceDN w:val="0"/>
        <w:spacing w:line="526" w:lineRule="exact"/>
        <w:ind w:left="1810"/>
        <w:jc w:val="left"/>
      </w:pP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中国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地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质</w:t>
      </w:r>
      <w:r w:rsidRPr="00676316">
        <w:rPr>
          <w:rFonts w:ascii="___WRD_EMBED_SUB_46" w:eastAsia="___WRD_EMBED_SUB_46" w:hAnsi="___WRD_EMBED_SUB_46" w:cs="___WRD_EMBED_SUB_46" w:hint="eastAsia"/>
          <w:color w:val="000000"/>
          <w:spacing w:val="2"/>
          <w:sz w:val="40"/>
        </w:rPr>
        <w:t>大学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(</w:t>
      </w:r>
      <w:r w:rsidRPr="00676316">
        <w:rPr>
          <w:rFonts w:ascii="微软雅黑" w:eastAsia="微软雅黑" w:hAnsi="微软雅黑" w:cs="微软雅黑" w:hint="eastAsia"/>
          <w:color w:val="000000"/>
          <w:spacing w:val="2"/>
          <w:sz w:val="40"/>
        </w:rPr>
        <w:t>北京</w:t>
      </w:r>
      <w:r w:rsidRPr="00676316">
        <w:rPr>
          <w:rFonts w:ascii="DknUzTPV+MicrosoftYaHei" w:eastAsia="DknUzTPV+MicrosoftYaHei" w:hAnsi="DknUzTPV+MicrosoftYaHei" w:hint="eastAsia"/>
          <w:color w:val="000000"/>
          <w:spacing w:val="2"/>
          <w:sz w:val="40"/>
        </w:rPr>
        <w:t>)</w:t>
      </w:r>
      <w:r w:rsidRPr="00676316">
        <w:rPr>
          <w:rFonts w:ascii="DknUzTPV+MicrosoftYaHei" w:eastAsia="DknUzTPV+MicrosoftYaHei" w:hAnsi="DknUzTPV+MicrosoftYaHei"/>
          <w:color w:val="000000"/>
          <w:spacing w:val="2"/>
          <w:sz w:val="40"/>
        </w:rPr>
        <w:t>I</w:t>
      </w:r>
      <w:r>
        <w:rPr>
          <w:rFonts w:ascii="DknUzTPV+MicrosoftYaHei" w:eastAsia="DknUzTPV+MicrosoftYaHei" w:hAnsi="DknUzTPV+MicrosoftYaHei"/>
          <w:color w:val="000000"/>
          <w:spacing w:val="2"/>
          <w:sz w:val="40"/>
        </w:rPr>
        <w:t>S</w:t>
      </w:r>
      <w:r>
        <w:rPr>
          <w:rFonts w:ascii="DknUzTPV+MicrosoftYaHei" w:eastAsia="DknUzTPV+MicrosoftYaHei" w:hAnsi="DknUzTPV+MicrosoftYaHei"/>
          <w:color w:val="000000"/>
          <w:spacing w:val="100"/>
          <w:sz w:val="40"/>
        </w:rPr>
        <w:t>W</w:t>
      </w:r>
      <w:r>
        <w:rPr>
          <w:rFonts w:ascii="CZVEmLDC+MicrosoftYaHei" w:eastAsia="CZVEmLDC+MicrosoftYaHei" w:hAnsi="CZVEmLDC+MicrosoftYaHei"/>
          <w:color w:val="000000"/>
          <w:sz w:val="40"/>
        </w:rPr>
        <w:t>日程表</w:t>
      </w:r>
      <w:r>
        <w:rPr>
          <w:rFonts w:ascii="DknUzTPV+MicrosoftYaHei" w:eastAsia="DknUzTPV+MicrosoftYaHei" w:hAnsi="DknUzTPV+MicrosoftYaHei"/>
          <w:color w:val="000000"/>
          <w:spacing w:val="-1"/>
          <w:sz w:val="40"/>
        </w:rPr>
        <w:t xml:space="preserve"> </w:t>
      </w:r>
    </w:p>
    <w:p w14:paraId="595C9122" w14:textId="77777777" w:rsidR="005E5B56" w:rsidRDefault="0039114A">
      <w:pPr>
        <w:widowControl/>
        <w:autoSpaceDE w:val="0"/>
        <w:autoSpaceDN w:val="0"/>
        <w:spacing w:before="508" w:after="302" w:line="318" w:lineRule="exact"/>
        <w:jc w:val="center"/>
      </w:pPr>
      <w:r>
        <w:rPr>
          <w:rFonts w:ascii="DknUzTPV+MicrosoftYaHei" w:eastAsia="DknUzTPV+MicrosoftYaHei" w:hAnsi="DknUzTPV+MicrosoftYaHei"/>
          <w:color w:val="000000"/>
          <w:sz w:val="24"/>
        </w:rPr>
        <w:t>IS</w:t>
      </w:r>
      <w:r>
        <w:rPr>
          <w:rFonts w:ascii="DknUzTPV+MicrosoftYaHei" w:eastAsia="DknUzTPV+MicrosoftYaHei" w:hAnsi="DknUzTPV+MicrosoftYaHei"/>
          <w:color w:val="000000"/>
          <w:spacing w:val="60"/>
          <w:sz w:val="24"/>
        </w:rPr>
        <w:t>W</w:t>
      </w:r>
      <w:r>
        <w:rPr>
          <w:rFonts w:ascii="CZVEmLDC+MicrosoftYaHei" w:eastAsia="CZVEmLDC+MicrosoftYaHei" w:hAnsi="CZVEmLDC+MicrosoftYaHei"/>
          <w:color w:val="000000"/>
          <w:sz w:val="24"/>
        </w:rPr>
        <w:t>第四</w:t>
      </w:r>
      <w:r>
        <w:rPr>
          <w:rFonts w:ascii="CZVEmLDC+MicrosoftYaHei" w:eastAsia="CZVEmLDC+MicrosoftYaHei" w:hAnsi="CZVEmLDC+MicrosoftYaHei"/>
          <w:color w:val="000000"/>
          <w:spacing w:val="60"/>
          <w:sz w:val="24"/>
        </w:rPr>
        <w:t>天</w:t>
      </w:r>
      <w:r>
        <w:rPr>
          <w:rFonts w:ascii="DknUzTPV+MicrosoftYaHei" w:eastAsia="DknUzTPV+MicrosoftYaHei" w:hAnsi="DknUzTPV+MicrosoftYaHei"/>
          <w:color w:val="000000"/>
          <w:sz w:val="24"/>
        </w:rPr>
        <w:t>8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z w:val="24"/>
        </w:rPr>
        <w:t>30-</w:t>
      </w:r>
      <w:r>
        <w:rPr>
          <w:rFonts w:ascii="DknUzTPV+MicrosoftYaHei" w:eastAsia="DknUzTPV+MicrosoftYaHei" w:hAnsi="DknUzTPV+MicrosoftYaHei"/>
          <w:color w:val="000000"/>
          <w:spacing w:val="2"/>
          <w:sz w:val="24"/>
        </w:rPr>
        <w:t>1</w:t>
      </w:r>
      <w:r>
        <w:rPr>
          <w:rFonts w:ascii="DknUzTPV+MicrosoftYaHei" w:eastAsia="DknUzTPV+MicrosoftYaHei" w:hAnsi="DknUzTPV+MicrosoftYaHei"/>
          <w:color w:val="000000"/>
          <w:spacing w:val="-2"/>
          <w:sz w:val="24"/>
        </w:rPr>
        <w:t>6</w:t>
      </w:r>
      <w:r>
        <w:rPr>
          <w:rFonts w:ascii="CZVEmLDC+MicrosoftYaHei" w:eastAsia="CZVEmLDC+MicrosoftYaHei" w:hAnsi="CZVEmLDC+MicrosoftYaHei"/>
          <w:color w:val="000000"/>
          <w:sz w:val="24"/>
        </w:rPr>
        <w:t>：</w:t>
      </w:r>
      <w:r>
        <w:rPr>
          <w:rFonts w:ascii="DknUzTPV+MicrosoftYaHei" w:eastAsia="DknUzTPV+MicrosoftYaHei" w:hAnsi="DknUzTPV+MicrosoftYaHei"/>
          <w:color w:val="000000"/>
          <w:spacing w:val="2"/>
          <w:sz w:val="24"/>
        </w:rPr>
        <w:t>2</w:t>
      </w:r>
      <w:r>
        <w:rPr>
          <w:rFonts w:ascii="DknUzTPV+MicrosoftYaHei" w:eastAsia="DknUzTPV+MicrosoftYaHei" w:hAnsi="DknUzTPV+MicrosoftYaHei"/>
          <w:color w:val="000000"/>
          <w:spacing w:val="-2"/>
          <w:sz w:val="24"/>
        </w:rPr>
        <w:t>0</w:t>
      </w:r>
      <w:r>
        <w:rPr>
          <w:rFonts w:ascii="DknUzTPV+MicrosoftYaHei" w:eastAsia="DknUzTPV+MicrosoftYaHei" w:hAnsi="DknUzTPV+MicrosoftYaHei"/>
          <w:color w:val="000000"/>
          <w:sz w:val="24"/>
        </w:rPr>
        <w:t xml:space="preserve"> </w:t>
      </w:r>
    </w:p>
    <w:tbl>
      <w:tblPr>
        <w:tblW w:w="0" w:type="auto"/>
        <w:tblInd w:w="485" w:type="dxa"/>
        <w:tblLayout w:type="fixed"/>
        <w:tblLook w:val="04A0" w:firstRow="1" w:lastRow="0" w:firstColumn="1" w:lastColumn="0" w:noHBand="0" w:noVBand="1"/>
      </w:tblPr>
      <w:tblGrid>
        <w:gridCol w:w="1366"/>
        <w:gridCol w:w="6688"/>
      </w:tblGrid>
      <w:tr w:rsidR="005E5B56" w14:paraId="601FDA40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89FF0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8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CAB2E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proofErr w:type="gramStart"/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暖场活动</w:t>
            </w:r>
            <w:proofErr w:type="gramEnd"/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10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1FBEE6F" w14:textId="77777777">
        <w:trPr>
          <w:trHeight w:hRule="exact" w:val="462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4C196" w14:textId="77777777" w:rsidR="005E5B56" w:rsidRPr="005D67E0" w:rsidRDefault="0039114A">
            <w:pPr>
              <w:widowControl/>
              <w:autoSpaceDE w:val="0"/>
              <w:autoSpaceDN w:val="0"/>
              <w:spacing w:before="34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8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40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3666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总结前一天的过程反馈（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8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1A2345E" w14:textId="77777777">
        <w:trPr>
          <w:trHeight w:hRule="exact" w:val="466"/>
        </w:trPr>
        <w:tc>
          <w:tcPr>
            <w:tcW w:w="4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E592" w14:textId="77777777" w:rsidR="005E5B56" w:rsidRPr="005D67E0" w:rsidRDefault="005E5B56">
            <w:pPr>
              <w:rPr>
                <w:szCs w:val="21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21CA8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介绍第三天的日程（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2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79D9B602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FE41A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8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50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E66C8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C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讨论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-1"/>
                <w:szCs w:val="21"/>
              </w:rPr>
              <w:t>-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问答环节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-2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37"/>
                <w:szCs w:val="21"/>
              </w:rPr>
              <w:t xml:space="preserve"> 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1D7C12FC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86323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10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00BA9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小组学习（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5A276470" w14:textId="77777777">
        <w:trPr>
          <w:trHeight w:hRule="exact" w:val="462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1170D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9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30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E2ED5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1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35BF260E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50C55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10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F6E51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2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093F61C4" w14:textId="77777777">
        <w:trPr>
          <w:trHeight w:hRule="exact" w:val="466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0123AF3F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10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50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5106B44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250937C5" w14:textId="77777777">
        <w:trPr>
          <w:trHeight w:hRule="exact" w:val="462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F9643D7" w14:textId="77777777" w:rsidR="005E5B56" w:rsidRPr="005D67E0" w:rsidRDefault="0039114A">
            <w:pPr>
              <w:widowControl/>
              <w:autoSpaceDE w:val="0"/>
              <w:autoSpaceDN w:val="0"/>
              <w:spacing w:before="112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11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00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2B56C52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3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652E35F2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DAD39F6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11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40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9957174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1E422D01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38D877B4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12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20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37518B8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午餐、休息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78747186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530E3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13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30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17725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迷你教学循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pacing w:val="44"/>
                <w:szCs w:val="21"/>
              </w:rPr>
              <w:t>环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5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（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40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00206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D4EC272" w14:textId="77777777">
        <w:trPr>
          <w:trHeight w:hRule="exact" w:val="104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340C88" w14:textId="77777777" w:rsidR="005E5B56" w:rsidRPr="005D67E0" w:rsidRDefault="0039114A">
            <w:pPr>
              <w:widowControl/>
              <w:autoSpaceDE w:val="0"/>
              <w:autoSpaceDN w:val="0"/>
              <w:spacing w:before="40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14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10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D171C8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62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2060"/>
                <w:szCs w:val="21"/>
              </w:rPr>
              <w:t>小组总结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  <w:p w14:paraId="3F06DE39" w14:textId="77777777" w:rsidR="005E5B56" w:rsidRPr="005D67E0" w:rsidRDefault="0039114A">
            <w:pPr>
              <w:widowControl/>
              <w:autoSpaceDE w:val="0"/>
              <w:autoSpaceDN w:val="0"/>
              <w:spacing w:before="104" w:line="238" w:lineRule="exact"/>
              <w:ind w:left="524"/>
              <w:jc w:val="left"/>
              <w:rPr>
                <w:szCs w:val="21"/>
              </w:rPr>
            </w:pPr>
            <w:r w:rsidRPr="005D67E0">
              <w:rPr>
                <w:rFonts w:ascii="4Lx6zL8i+MicrosoftYaHei" w:eastAsia="4Lx6zL8i+MicrosoftYaHei" w:hAnsi="4Lx6zL8i+MicrosoftYaHei"/>
                <w:color w:val="002060"/>
                <w:szCs w:val="21"/>
              </w:rPr>
              <w:t>个人目标总结、反思、致谢（</w:t>
            </w:r>
            <w:r w:rsidRPr="005D67E0">
              <w:rPr>
                <w:rFonts w:ascii="NUVAKZtU+MicrosoftYaHei" w:eastAsia="NUVAKZtU+MicrosoftYaHei" w:hAnsi="NUVAKZtU+MicrosoftYaHei"/>
                <w:color w:val="002060"/>
                <w:szCs w:val="21"/>
              </w:rPr>
              <w:t>40min</w:t>
            </w:r>
            <w:r w:rsidRPr="005D67E0">
              <w:rPr>
                <w:rFonts w:ascii="4Lx6zL8i+MicrosoftYaHei" w:eastAsia="4Lx6zL8i+MicrosoftYaHei" w:hAnsi="4Lx6zL8i+MicrosoftYaHei"/>
                <w:color w:val="00206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  <w:p w14:paraId="0587FF03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0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206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2060"/>
                <w:szCs w:val="21"/>
              </w:rPr>
              <w:t>小组准备学习成果展示（</w:t>
            </w:r>
            <w:r w:rsidRPr="005D67E0">
              <w:rPr>
                <w:rFonts w:ascii="NUVAKZtU+MicrosoftYaHei" w:eastAsia="NUVAKZtU+MicrosoftYaHei" w:hAnsi="NUVAKZtU+MicrosoftYaHei"/>
                <w:color w:val="002060"/>
                <w:szCs w:val="21"/>
              </w:rPr>
              <w:t>20min</w:t>
            </w:r>
            <w:r w:rsidRPr="005D67E0">
              <w:rPr>
                <w:rFonts w:ascii="4Lx6zL8i+MicrosoftYaHei" w:eastAsia="4Lx6zL8i+MicrosoftYaHei" w:hAnsi="4Lx6zL8i+MicrosoftYaHei"/>
                <w:color w:val="00206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1B61B02C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61867DA2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10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left w:w="0" w:type="dxa"/>
              <w:right w:w="0" w:type="dxa"/>
            </w:tcMar>
          </w:tcPr>
          <w:p w14:paraId="7F8E911B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茶歇、休息（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zCs w:val="21"/>
              </w:rPr>
              <w:t>10min</w:t>
            </w:r>
            <w:r w:rsidRPr="005D67E0">
              <w:rPr>
                <w:rFonts w:ascii="4Lx6zL8i+MicrosoftYaHei" w:eastAsia="4Lx6zL8i+MicrosoftYaHei" w:hAnsi="4Lx6zL8i+MicrosoftYaHei"/>
                <w:color w:val="000000"/>
                <w:szCs w:val="21"/>
              </w:rPr>
              <w:t>）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232A2A0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B0491A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20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F11801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学习成果展示（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30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4E153A38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599CF" w14:textId="77777777" w:rsidR="005E5B56" w:rsidRPr="005D67E0" w:rsidRDefault="0039114A">
            <w:pPr>
              <w:widowControl/>
              <w:autoSpaceDE w:val="0"/>
              <w:autoSpaceDN w:val="0"/>
              <w:spacing w:before="114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15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50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A7131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4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毕业典礼（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20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2"/>
                <w:szCs w:val="21"/>
              </w:rPr>
              <w:t>m</w:t>
            </w:r>
            <w:r w:rsidRPr="005D67E0">
              <w:rPr>
                <w:rFonts w:ascii="DknUzTPV+MicrosoftYaHei" w:eastAsia="DknUzTPV+MicrosoftYaHei" w:hAnsi="DknUzTPV+MicrosoftYaHei"/>
                <w:color w:val="C00000"/>
                <w:spacing w:val="1"/>
                <w:szCs w:val="21"/>
              </w:rPr>
              <w:t>in</w:t>
            </w:r>
            <w:r w:rsidRPr="005D67E0">
              <w:rPr>
                <w:rFonts w:ascii="CZVEmLDC+MicrosoftYaHei" w:eastAsia="CZVEmLDC+MicrosoftYaHei" w:hAnsi="CZVEmLDC+MicrosoftYaHei"/>
                <w:color w:val="C00000"/>
                <w:szCs w:val="21"/>
              </w:rPr>
              <w:t>）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041D18D8" w14:textId="77777777">
        <w:trPr>
          <w:trHeight w:hRule="exact" w:val="46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752E2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10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36817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学员填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pacing w:val="44"/>
                <w:szCs w:val="21"/>
              </w:rPr>
              <w:t>写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zCs w:val="21"/>
              </w:rPr>
              <w:t>IS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44"/>
                <w:szCs w:val="21"/>
              </w:rPr>
              <w:t>W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终结性反馈表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  <w:tr w:rsidR="005E5B56" w14:paraId="6C371D39" w14:textId="77777777">
        <w:trPr>
          <w:trHeight w:hRule="exact" w:val="444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ECBD1" w14:textId="77777777" w:rsidR="005E5B56" w:rsidRPr="005D67E0" w:rsidRDefault="0039114A">
            <w:pPr>
              <w:widowControl/>
              <w:autoSpaceDE w:val="0"/>
              <w:autoSpaceDN w:val="0"/>
              <w:spacing w:before="116" w:line="238" w:lineRule="exact"/>
              <w:ind w:left="106"/>
              <w:jc w:val="left"/>
              <w:rPr>
                <w:szCs w:val="21"/>
              </w:rPr>
            </w:pP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>16</w:t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：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-1"/>
                <w:szCs w:val="21"/>
              </w:rPr>
              <w:t xml:space="preserve">20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EDF75A" w14:textId="77777777" w:rsidR="005E5B56" w:rsidRPr="005D67E0" w:rsidRDefault="0039114A">
            <w:pPr>
              <w:widowControl/>
              <w:tabs>
                <w:tab w:val="left" w:pos="524"/>
              </w:tabs>
              <w:autoSpaceDE w:val="0"/>
              <w:autoSpaceDN w:val="0"/>
              <w:spacing w:before="116" w:line="238" w:lineRule="exact"/>
              <w:ind w:left="104"/>
              <w:jc w:val="left"/>
              <w:rPr>
                <w:szCs w:val="21"/>
              </w:rPr>
            </w:pPr>
            <w:r w:rsidRPr="005D67E0">
              <w:rPr>
                <w:rFonts w:ascii="Wingdings-Regular" w:eastAsia="Wingdings-Regular" w:hAnsi="Wingdings-Regular"/>
                <w:color w:val="000000"/>
                <w:szCs w:val="21"/>
              </w:rPr>
              <w:t></w:t>
            </w:r>
            <w:r w:rsidRPr="005D67E0">
              <w:rPr>
                <w:rFonts w:ascii="NUVAKZtU+MicrosoftYaHei" w:eastAsia="NUVAKZtU+MicrosoftYaHei" w:hAnsi="NUVAKZtU+MicrosoftYaHei"/>
                <w:color w:val="000000"/>
                <w:spacing w:val="1"/>
                <w:szCs w:val="21"/>
              </w:rPr>
              <w:t xml:space="preserve"> </w:t>
            </w:r>
            <w:r w:rsidRPr="005D67E0">
              <w:rPr>
                <w:szCs w:val="21"/>
              </w:rPr>
              <w:tab/>
            </w:r>
            <w:r w:rsidRPr="005D67E0">
              <w:rPr>
                <w:rFonts w:ascii="CZVEmLDC+MicrosoftYaHei" w:eastAsia="CZVEmLDC+MicrosoftYaHei" w:hAnsi="CZVEmLDC+MicrosoftYaHei"/>
                <w:color w:val="000000"/>
                <w:szCs w:val="21"/>
              </w:rPr>
              <w:t>、清理场地，结束</w:t>
            </w:r>
            <w:r w:rsidRPr="005D67E0">
              <w:rPr>
                <w:rFonts w:ascii="DknUzTPV+MicrosoftYaHei" w:eastAsia="DknUzTPV+MicrosoftYaHei" w:hAnsi="DknUzTPV+MicrosoftYaHei"/>
                <w:color w:val="000000"/>
                <w:spacing w:val="1"/>
                <w:szCs w:val="21"/>
              </w:rPr>
              <w:t xml:space="preserve"> </w:t>
            </w:r>
          </w:p>
        </w:tc>
      </w:tr>
    </w:tbl>
    <w:p w14:paraId="1968F245" w14:textId="77777777" w:rsidR="005E5B56" w:rsidRDefault="005E5B56">
      <w:pPr>
        <w:widowControl/>
        <w:autoSpaceDE w:val="0"/>
        <w:autoSpaceDN w:val="0"/>
        <w:spacing w:line="14" w:lineRule="exact"/>
      </w:pPr>
    </w:p>
    <w:sectPr w:rsidR="005E5B56" w:rsidSect="00034616">
      <w:pgSz w:w="11906" w:h="16838"/>
      <w:pgMar w:top="830" w:right="1440" w:bottom="1440" w:left="1440" w:header="720" w:footer="720" w:gutter="0"/>
      <w:cols w:space="720" w:equalWidth="0">
        <w:col w:w="9026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0D097" w14:textId="77777777" w:rsidR="0039114A" w:rsidRDefault="0039114A" w:rsidP="005D67E0">
      <w:r>
        <w:separator/>
      </w:r>
    </w:p>
  </w:endnote>
  <w:endnote w:type="continuationSeparator" w:id="0">
    <w:p w14:paraId="7E99C950" w14:textId="77777777" w:rsidR="0039114A" w:rsidRDefault="0039114A" w:rsidP="005D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A71953-4C9E-49E0-8E22-A1DF7F588B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01809CF7-97D9-4425-9B4F-E3B60B4E7996}"/>
  </w:font>
  <w:font w:name="___WRD_EMBED_SUB_46">
    <w:altName w:val="微软雅黑"/>
    <w:charset w:val="00"/>
    <w:family w:val="auto"/>
    <w:pitch w:val="variable"/>
    <w:sig w:usb0="80000287" w:usb1="2ACF3C50" w:usb2="00000016" w:usb3="00000000" w:csb0="0004001F" w:csb1="00000000"/>
  </w:font>
  <w:font w:name="DknUzTPV+MicrosoftYaHei">
    <w:charset w:val="00"/>
    <w:family w:val="auto"/>
    <w:pitch w:val="variable"/>
    <w:sig w:usb0="80000287" w:usb1="2ACF3C50" w:usb2="00000016" w:usb3="00000000" w:csb0="0004001F" w:csb1="00000000"/>
    <w:embedRegular r:id="rId3" w:fontKey="{5059B35F-2865-457E-A23D-EC949E3C81CD}"/>
  </w:font>
  <w:font w:name="CZVEmLDC+MicrosoftYaHei">
    <w:charset w:val="00"/>
    <w:family w:val="auto"/>
    <w:pitch w:val="variable"/>
    <w:sig w:usb0="80000287" w:usb1="2ACF3C50" w:usb2="00000016" w:usb3="00000000" w:csb0="0004001F" w:csb1="00000000"/>
    <w:embedRegular r:id="rId4" w:fontKey="{6B71734E-AC52-47B4-9B0B-B00E45F9097B}"/>
  </w:font>
  <w:font w:name="Wingdings-Regular">
    <w:altName w:val="Wingdings"/>
    <w:panose1 w:val="00000000000000000000"/>
    <w:charset w:val="00"/>
    <w:family w:val="roman"/>
    <w:notTrueType/>
    <w:pitch w:val="default"/>
  </w:font>
  <w:font w:name="NUVAKZtU+MicrosoftYaHei">
    <w:charset w:val="00"/>
    <w:family w:val="auto"/>
    <w:pitch w:val="variable"/>
    <w:sig w:usb0="80000287" w:usb1="2ACF3C50" w:usb2="00000016" w:usb3="00000000" w:csb0="0004001F" w:csb1="00000000"/>
    <w:embedRegular r:id="rId5" w:fontKey="{7F3DB2F7-377E-490D-9238-AC23D2109E84}"/>
  </w:font>
  <w:font w:name="4Lx6zL8i+MicrosoftYaHei">
    <w:charset w:val="00"/>
    <w:family w:val="auto"/>
    <w:pitch w:val="variable"/>
    <w:sig w:usb0="80000287" w:usb1="2ACF3C50" w:usb2="00000016" w:usb3="00000000" w:csb0="0004001F" w:csb1="00000000"/>
    <w:embedRegular r:id="rId6" w:fontKey="{F029F5AC-593B-486D-B203-7C4F6935DA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xYyU3gs+TimesNewRomanPSMT">
    <w:charset w:val="00"/>
    <w:family w:val="auto"/>
    <w:pitch w:val="variable"/>
    <w:sig w:usb0="80000287" w:usb1="2ACF3C50" w:usb2="00000016" w:usb3="00000000" w:csb0="0004001F" w:csb1="00000000"/>
    <w:embedRegular r:id="rId7" w:fontKey="{ED206241-2AAE-4347-9BC1-B122B6D2844F}"/>
  </w:font>
  <w:font w:name="4aeO4Fy5+DengXian">
    <w:charset w:val="00"/>
    <w:family w:val="auto"/>
    <w:pitch w:val="variable"/>
    <w:sig w:usb0="80000287" w:usb1="2ACF3C50" w:usb2="00000016" w:usb3="00000000" w:csb0="0004001F" w:csb1="00000000"/>
    <w:embedRegular r:id="rId8" w:fontKey="{89BB2322-02E7-44D6-A8C1-8B84858050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41A94A6-BAD5-447C-A7C4-1AA6A98038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35EB" w14:textId="77777777" w:rsidR="0039114A" w:rsidRDefault="0039114A" w:rsidP="005D67E0">
      <w:r>
        <w:separator/>
      </w:r>
    </w:p>
  </w:footnote>
  <w:footnote w:type="continuationSeparator" w:id="0">
    <w:p w14:paraId="2BADB84C" w14:textId="77777777" w:rsidR="0039114A" w:rsidRDefault="0039114A" w:rsidP="005D6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72DD9"/>
    <w:rsid w:val="0039114A"/>
    <w:rsid w:val="005D67E0"/>
    <w:rsid w:val="005E5B56"/>
    <w:rsid w:val="00676316"/>
    <w:rsid w:val="008569BA"/>
    <w:rsid w:val="00AA1D8D"/>
    <w:rsid w:val="00B47730"/>
    <w:rsid w:val="00CB0664"/>
    <w:rsid w:val="00FC693F"/>
    <w:rsid w:val="00FE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87CFE4"/>
  <w14:defaultImageDpi w14:val="300"/>
  <w15:docId w15:val="{1C406857-3B15-44C2-B3C9-FF01A8C4A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67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张健旗</dc:creator>
  <cp:keywords/>
  <dc:description>generated by python-docx</dc:description>
  <cp:lastModifiedBy>Administrator</cp:lastModifiedBy>
  <cp:revision>5</cp:revision>
  <dcterms:created xsi:type="dcterms:W3CDTF">2024-05-17T03:58:00Z</dcterms:created>
  <dcterms:modified xsi:type="dcterms:W3CDTF">2024-06-20T07:27:00Z</dcterms:modified>
  <cp:category/>
</cp:coreProperties>
</file>